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b/>
          <w:i w:val="0"/>
          <w:color w:val="5B6675"/>
        </w:rPr>
        <w:t>[Your company letterhead: company name, registration no., address, phone, email]</w:t>
      </w:r>
    </w:p>
    <w:p>
      <w:pPr>
        <w:spacing w:after="0"/>
      </w:pPr>
      <w:r>
        <w:rPr>
          <w:b w:val="0"/>
          <w:i w:val="0"/>
        </w:rPr>
        <w:t>Date: [DD Month YYYY]</w:t>
      </w:r>
    </w:p>
    <w:p>
      <w:pPr>
        <w:spacing w:after="120"/>
      </w:pPr>
    </w:p>
    <w:p>
      <w:pPr>
        <w:spacing w:after="0"/>
      </w:pPr>
      <w:r>
        <w:rPr>
          <w:b w:val="0"/>
          <w:i w:val="0"/>
        </w:rPr>
        <w:t>To:</w:t>
      </w:r>
    </w:p>
    <w:p>
      <w:pPr>
        <w:spacing w:after="0"/>
      </w:pPr>
      <w:r>
        <w:rPr>
          <w:b w:val="0"/>
          <w:i w:val="0"/>
        </w:rPr>
        <w:t>[Other company name]</w:t>
      </w:r>
    </w:p>
    <w:p>
      <w:pPr>
        <w:spacing w:after="0"/>
      </w:pPr>
      <w:r>
        <w:rPr>
          <w:b w:val="0"/>
          <w:i w:val="0"/>
        </w:rPr>
        <w:t>[Registration no.]</w:t>
      </w:r>
    </w:p>
    <w:p>
      <w:pPr>
        <w:spacing w:after="0"/>
      </w:pPr>
      <w:r>
        <w:rPr>
          <w:b w:val="0"/>
          <w:i w:val="0"/>
        </w:rPr>
        <w:t>[Address]</w:t>
      </w:r>
    </w:p>
    <w:p>
      <w:pPr>
        <w:spacing w:after="120"/>
      </w:pPr>
    </w:p>
    <w:p>
      <w:pPr>
        <w:spacing w:after="0"/>
      </w:pPr>
      <w:r>
        <w:rPr>
          <w:b w:val="0"/>
          <w:i w:val="0"/>
        </w:rPr>
        <w:t>Attention: [Name, position]</w:t>
      </w:r>
    </w:p>
    <w:p>
      <w:pPr>
        <w:spacing w:after="120"/>
      </w:pPr>
    </w:p>
    <w:p>
      <w:pPr>
        <w:spacing w:after="200"/>
      </w:pPr>
      <w:r>
        <w:rPr>
          <w:b/>
          <w:i w:val="0"/>
          <w:color w:val="16202E"/>
          <w:sz w:val="23"/>
        </w:rPr>
        <w:t>Subject: Agreement for contra payment between [Your company name] and [Other company name]</w:t>
      </w:r>
    </w:p>
    <w:p>
      <w:pPr>
        <w:spacing w:after="80"/>
      </w:pPr>
      <w:r>
        <w:rPr>
          <w:b w:val="0"/>
          <w:i w:val="0"/>
        </w:rPr>
        <w:t>Dear [Name],</w:t>
      </w:r>
    </w:p>
    <w:p>
      <w:pPr>
        <w:spacing w:after="200"/>
      </w:pPr>
      <w:r>
        <w:rPr>
          <w:b w:val="0"/>
          <w:i w:val="0"/>
        </w:rPr>
        <w:t>We refer to the outstanding balances between our two companies. As we both buy from and sell to each other, we propose to settle part of these balances by contra, on the terms below.</w:t>
      </w:r>
    </w:p>
    <w:p>
      <w:pPr>
        <w:spacing w:after="80"/>
      </w:pPr>
      <w:r>
        <w:rPr>
          <w:b/>
          <w:i w:val="0"/>
        </w:rPr>
        <w:t>1. Invoices included in this contra</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00AEFF"/>
          </w:tcPr>
          <w:p>
            <w:r>
              <w:rPr>
                <w:b/>
                <w:color w:val="FFFFFF"/>
                <w:sz w:val="19"/>
              </w:rPr>
              <w:t>Document</w:t>
            </w:r>
          </w:p>
        </w:tc>
        <w:tc>
          <w:tcPr>
            <w:tcW w:type="dxa" w:w="1987"/>
            <w:shd w:val="clear" w:fill="00AEFF"/>
          </w:tcPr>
          <w:p>
            <w:r>
              <w:rPr>
                <w:b/>
                <w:color w:val="FFFFFF"/>
                <w:sz w:val="19"/>
              </w:rPr>
              <w:t>Issued by</w:t>
            </w:r>
          </w:p>
        </w:tc>
        <w:tc>
          <w:tcPr>
            <w:tcW w:type="dxa" w:w="1987"/>
            <w:shd w:val="clear" w:fill="00AEFF"/>
          </w:tcPr>
          <w:p>
            <w:r>
              <w:rPr>
                <w:b/>
                <w:color w:val="FFFFFF"/>
                <w:sz w:val="19"/>
              </w:rPr>
              <w:t>No.</w:t>
            </w:r>
          </w:p>
        </w:tc>
        <w:tc>
          <w:tcPr>
            <w:tcW w:type="dxa" w:w="1987"/>
            <w:shd w:val="clear" w:fill="00AEFF"/>
          </w:tcPr>
          <w:p>
            <w:r>
              <w:rPr>
                <w:b/>
                <w:color w:val="FFFFFF"/>
                <w:sz w:val="19"/>
              </w:rPr>
              <w:t>Date</w:t>
            </w:r>
          </w:p>
        </w:tc>
        <w:tc>
          <w:tcPr>
            <w:tcW w:type="dxa" w:w="1987"/>
            <w:shd w:val="clear" w:fill="00AEFF"/>
          </w:tcPr>
          <w:p>
            <w:r>
              <w:rPr>
                <w:b/>
                <w:color w:val="FFFFFF"/>
                <w:sz w:val="19"/>
              </w:rPr>
              <w:t>Amount (RM)</w:t>
            </w:r>
          </w:p>
        </w:tc>
      </w:tr>
      <w:tr>
        <w:tc>
          <w:tcPr>
            <w:tcW w:type="dxa" w:w="1987"/>
          </w:tcPr>
          <w:p>
            <w:r>
              <w:rPr>
                <w:sz w:val="19"/>
              </w:rPr>
              <w:t>Sales invoice</w:t>
            </w:r>
          </w:p>
        </w:tc>
        <w:tc>
          <w:tcPr>
            <w:tcW w:type="dxa" w:w="1987"/>
          </w:tcPr>
          <w:p>
            <w:r>
              <w:rPr>
                <w:sz w:val="19"/>
              </w:rPr>
              <w:t>[Your company name]</w:t>
            </w:r>
          </w:p>
        </w:tc>
        <w:tc>
          <w:tcPr>
            <w:tcW w:type="dxa" w:w="1987"/>
          </w:tcPr>
          <w:p>
            <w:r>
              <w:rPr>
                <w:sz w:val="19"/>
              </w:rPr>
              <w:t>[Invoice no.]</w:t>
            </w:r>
          </w:p>
        </w:tc>
        <w:tc>
          <w:tcPr>
            <w:tcW w:type="dxa" w:w="1987"/>
          </w:tcPr>
          <w:p>
            <w:r>
              <w:rPr>
                <w:sz w:val="19"/>
              </w:rPr>
              <w:t>[Date]</w:t>
            </w:r>
          </w:p>
        </w:tc>
        <w:tc>
          <w:tcPr>
            <w:tcW w:type="dxa" w:w="1987"/>
          </w:tcPr>
          <w:p>
            <w:pPr>
              <w:jc w:val="right"/>
            </w:pPr>
            <w:r>
              <w:rPr>
                <w:sz w:val="19"/>
              </w:rPr>
              <w:t>[Amount]</w:t>
            </w:r>
          </w:p>
        </w:tc>
      </w:tr>
      <w:tr>
        <w:tc>
          <w:tcPr>
            <w:tcW w:type="dxa" w:w="1987"/>
          </w:tcPr>
          <w:p>
            <w:r>
              <w:rPr>
                <w:sz w:val="19"/>
              </w:rPr>
              <w:t>Supplier invoice / bill</w:t>
            </w:r>
          </w:p>
        </w:tc>
        <w:tc>
          <w:tcPr>
            <w:tcW w:type="dxa" w:w="1987"/>
          </w:tcPr>
          <w:p>
            <w:r>
              <w:rPr>
                <w:sz w:val="19"/>
              </w:rPr>
              <w:t>[Other company name]</w:t>
            </w:r>
          </w:p>
        </w:tc>
        <w:tc>
          <w:tcPr>
            <w:tcW w:type="dxa" w:w="1987"/>
          </w:tcPr>
          <w:p>
            <w:r>
              <w:rPr>
                <w:sz w:val="19"/>
              </w:rPr>
              <w:t>[Invoice no.]</w:t>
            </w:r>
          </w:p>
        </w:tc>
        <w:tc>
          <w:tcPr>
            <w:tcW w:type="dxa" w:w="1987"/>
          </w:tcPr>
          <w:p>
            <w:r>
              <w:rPr>
                <w:sz w:val="19"/>
              </w:rPr>
              <w:t>[Date]</w:t>
            </w:r>
          </w:p>
        </w:tc>
        <w:tc>
          <w:tcPr>
            <w:tcW w:type="dxa" w:w="1987"/>
          </w:tcPr>
          <w:p>
            <w:pPr>
              <w:jc w:val="right"/>
            </w:pPr>
            <w:r>
              <w:rPr>
                <w:sz w:val="19"/>
              </w:rPr>
              <w:t>[Amount]</w:t>
            </w:r>
          </w:p>
        </w:tc>
      </w:tr>
    </w:tbl>
    <w:p>
      <w:pPr>
        <w:spacing w:after="80"/>
      </w:pPr>
    </w:p>
    <w:p>
      <w:pPr>
        <w:spacing w:after="120"/>
      </w:pPr>
      <w:r>
        <w:rPr>
          <w:b/>
        </w:rPr>
        <w:t xml:space="preserve">2. Contra amount: </w:t>
      </w:r>
      <w:r>
        <w:t>RM[amount], being the smaller of the two balances above (or: an amount both parties agree).</w:t>
      </w:r>
    </w:p>
    <w:p>
      <w:pPr>
        <w:spacing w:after="120"/>
      </w:pPr>
      <w:r>
        <w:rPr>
          <w:b/>
        </w:rPr>
        <w:t xml:space="preserve">3. Net balance after contra: </w:t>
      </w:r>
      <w:r>
        <w:t>RM[amount], payable by [Your company name / Other company name] to [the other party] by [date], by [bank transfer / cheque].</w:t>
      </w:r>
    </w:p>
    <w:p>
      <w:pPr>
        <w:spacing w:after="120"/>
      </w:pPr>
      <w:r>
        <w:rPr>
          <w:b/>
        </w:rPr>
        <w:t xml:space="preserve">4. Effective date of the contra: </w:t>
      </w:r>
      <w:r>
        <w:t>[Date]</w:t>
      </w:r>
    </w:p>
    <w:p>
      <w:pPr>
        <w:spacing w:after="120"/>
      </w:pPr>
      <w:r>
        <w:rPr>
          <w:b/>
        </w:rPr>
        <w:t xml:space="preserve">5. Reference: </w:t>
      </w:r>
      <w:r>
        <w:t>Both parties will record this contra under the reference [e.g. CONTRA-YYYY-MM-001], and it will appear on each party's next statement of account.</w:t>
      </w:r>
    </w:p>
    <w:p>
      <w:pPr>
        <w:spacing w:after="120"/>
      </w:pPr>
      <w:r>
        <w:rPr>
          <w:b/>
        </w:rPr>
        <w:t xml:space="preserve">6. Invoices not listed above </w:t>
      </w:r>
      <w:r>
        <w:t>are not affected by this agreement and will be settled on their normal terms.</w:t>
      </w:r>
    </w:p>
    <w:p>
      <w:pPr>
        <w:spacing w:after="160"/>
      </w:pPr>
      <w:r>
        <w:rPr>
          <w:b w:val="0"/>
          <w:i w:val="0"/>
        </w:rPr>
        <w:t>Please sign and stamp below to confirm your agreement, and return a copy to us.</w:t>
      </w:r>
    </w:p>
    <w:p>
      <w:pPr>
        <w:spacing w:after="240"/>
      </w:pPr>
      <w:r>
        <w:rPr>
          <w:b w:val="0"/>
          <w:i w:val="0"/>
        </w:rPr>
        <w:t>Yours sincerely,</w:t>
      </w:r>
    </w:p>
    <w:p>
      <w:pPr>
        <w:spacing w:after="360"/>
      </w:pPr>
      <w:r>
        <w:rPr>
          <w:b/>
          <w:i w:val="0"/>
        </w:rPr>
        <w:t>Signed for and on behalf of [Your company name]:</w:t>
      </w:r>
    </w:p>
    <w:p>
      <w:pPr>
        <w:spacing w:after="40"/>
      </w:pPr>
      <w:r>
        <w:rPr>
          <w:b w:val="0"/>
          <w:i w:val="0"/>
        </w:rPr>
        <w:t>______________________</w:t>
      </w:r>
    </w:p>
    <w:p>
      <w:pPr>
        <w:spacing w:after="40"/>
      </w:pPr>
      <w:r>
        <w:rPr>
          <w:b w:val="0"/>
          <w:i w:val="0"/>
        </w:rPr>
        <w:t>Name: [Name]</w:t>
      </w:r>
    </w:p>
    <w:p>
      <w:pPr>
        <w:spacing w:after="40"/>
      </w:pPr>
      <w:r>
        <w:rPr>
          <w:b w:val="0"/>
          <w:i w:val="0"/>
        </w:rPr>
        <w:t>Position: [Position]</w:t>
      </w:r>
    </w:p>
    <w:p>
      <w:pPr>
        <w:spacing w:after="40"/>
      </w:pPr>
      <w:r>
        <w:rPr>
          <w:b w:val="0"/>
          <w:i w:val="0"/>
        </w:rPr>
        <w:t>Company stamp:</w:t>
      </w:r>
    </w:p>
    <w:p>
      <w:pPr>
        <w:spacing w:after="40"/>
      </w:pPr>
      <w:r>
        <w:rPr>
          <w:b w:val="0"/>
          <w:i w:val="0"/>
        </w:rPr>
        <w:t>Date:</w:t>
      </w:r>
    </w:p>
    <w:p>
      <w:pPr>
        <w:spacing w:after="200"/>
      </w:pPr>
    </w:p>
    <w:p>
      <w:pPr>
        <w:spacing w:after="360"/>
      </w:pPr>
      <w:r>
        <w:rPr>
          <w:b/>
          <w:i w:val="0"/>
        </w:rPr>
        <w:t>Agreed and accepted for and on behalf of [Other company name]:</w:t>
      </w:r>
    </w:p>
    <w:p>
      <w:pPr>
        <w:spacing w:after="40"/>
      </w:pPr>
      <w:r>
        <w:rPr>
          <w:b w:val="0"/>
          <w:i w:val="0"/>
        </w:rPr>
        <w:t>______________________</w:t>
      </w:r>
    </w:p>
    <w:p>
      <w:pPr>
        <w:spacing w:after="40"/>
      </w:pPr>
      <w:r>
        <w:rPr>
          <w:b w:val="0"/>
          <w:i w:val="0"/>
        </w:rPr>
        <w:t>Name: [Name]</w:t>
      </w:r>
    </w:p>
    <w:p>
      <w:pPr>
        <w:spacing w:after="40"/>
      </w:pPr>
      <w:r>
        <w:rPr>
          <w:b w:val="0"/>
          <w:i w:val="0"/>
        </w:rPr>
        <w:t>Position: [Position]</w:t>
      </w:r>
    </w:p>
    <w:p>
      <w:pPr>
        <w:spacing w:after="40"/>
      </w:pPr>
      <w:r>
        <w:rPr>
          <w:b w:val="0"/>
          <w:i w:val="0"/>
        </w:rPr>
        <w:t>Company stamp:</w:t>
      </w:r>
    </w:p>
    <w:p>
      <w:pPr>
        <w:spacing w:after="40"/>
      </w:pPr>
      <w:r>
        <w:rPr>
          <w:b w:val="0"/>
          <w:i w:val="0"/>
        </w:rPr>
        <w:t>Date:</w:t>
      </w:r>
    </w:p>
    <w:p>
      <w:pPr>
        <w:spacing w:after="200"/>
      </w:pPr>
    </w:p>
    <w:p>
      <w:pPr>
        <w:spacing w:after="80"/>
      </w:pPr>
      <w:r>
        <w:rPr>
          <w:b w:val="0"/>
          <w:i/>
          <w:color w:val="5B6675"/>
          <w:sz w:val="17"/>
        </w:rPr>
        <w:t>Free template from niagawan.com/contra-payment/ - a practical template, not legal advice. For large amounts or anything unusual, have your accountant look at it first.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