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 w:val="0"/>
          <w:i w:val="0"/>
          <w:color w:val="5B6675"/>
          <w:sz w:val="16"/>
        </w:rPr>
        <w:t>[ Your logo ]</w:t>
      </w:r>
    </w:p>
    <w:p>
      <w:pPr>
        <w:spacing w:after="20" w:before="0"/>
      </w:pPr>
      <w:r>
        <w:rPr>
          <w:b/>
          <w:i w:val="0"/>
          <w:color w:val="0A2540"/>
          <w:sz w:val="34"/>
        </w:rPr>
        <w:t>EXPENSE CLAIM FORM</w:t>
      </w:r>
    </w:p>
    <w:p>
      <w:pPr>
        <w:spacing w:after="120" w:before="0"/>
      </w:pPr>
      <w:r>
        <w:rPr>
          <w:b w:val="0"/>
          <w:i w:val="0"/>
          <w:color w:val="5B6675"/>
          <w:sz w:val="17"/>
        </w:rPr>
        <w:t>Malaysia  ·  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/>
            <w:r>
              <w:rPr>
                <w:b/>
                <w:color w:val="0A2540"/>
                <w:sz w:val="18"/>
              </w:rPr>
              <w:t>Company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/>
            <w:r>
              <w:rPr>
                <w:b/>
                <w:color w:val="0A2540"/>
                <w:sz w:val="18"/>
              </w:rPr>
              <w:t>Claim no.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/>
            <w:r>
              <w:rPr>
                <w:b/>
                <w:color w:val="0A2540"/>
                <w:sz w:val="18"/>
              </w:rPr>
              <w:t>Name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/>
            <w:r>
              <w:rPr>
                <w:b/>
                <w:color w:val="0A2540"/>
                <w:sz w:val="18"/>
              </w:rPr>
              <w:t>Staff ID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/>
            <w:r>
              <w:rPr>
                <w:b/>
                <w:color w:val="0A2540"/>
                <w:sz w:val="18"/>
              </w:rPr>
              <w:t>Department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/>
            <w:r>
              <w:rPr>
                <w:b/>
                <w:color w:val="0A2540"/>
                <w:sz w:val="18"/>
              </w:rPr>
              <w:t>Claim period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/>
            <w:r>
              <w:rPr>
                <w:b/>
                <w:color w:val="0A2540"/>
                <w:sz w:val="18"/>
              </w:rPr>
              <w:t>Date submitted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/>
        </w:tc>
        <w:tc>
          <w:tcPr>
            <w:tcW w:type="dxa" w:w="2628"/>
          </w:tcPr>
          <w:p/>
        </w:tc>
      </w:tr>
    </w:tbl>
    <w:p>
      <w:pPr>
        <w:spacing w:after="20" w:before="0"/>
      </w:pPr>
      <w:r>
        <w:rPr>
          <w:b w:val="0"/>
          <w:i w:val="0"/>
          <w:color w:val="0A2540"/>
          <w:sz w:val="6"/>
        </w:rPr>
      </w:r>
    </w:p>
    <w:p>
      <w:pPr>
        <w:spacing w:after="60" w:before="0"/>
      </w:pPr>
      <w:r>
        <w:rPr>
          <w:b w:val="0"/>
          <w:i/>
          <w:color w:val="B45309"/>
          <w:sz w:val="17"/>
        </w:rPr>
        <w:t>One line per receipt. Attach receipts in the same order.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rPr>
          <w:trHeight w:val="351"/>
        </w:trPr>
        <w:tc>
          <w:tcPr>
            <w:tcW w:type="dxa" w:w="1304"/>
          </w:tcPr>
          <w:p>
            <w:r/>
            <w:r>
              <w:rPr>
                <w:b/>
                <w:color w:val="0A2540"/>
                <w:sz w:val="17"/>
              </w:rPr>
              <w:t>Date</w:t>
            </w:r>
          </w:p>
        </w:tc>
        <w:tc>
          <w:tcPr>
            <w:tcW w:type="dxa" w:w="4309"/>
          </w:tcPr>
          <w:p>
            <w:r/>
            <w:r>
              <w:rPr>
                <w:b/>
                <w:color w:val="0A2540"/>
                <w:sz w:val="17"/>
              </w:rPr>
              <w:t>What it was for (business reason)</w:t>
            </w:r>
          </w:p>
        </w:tc>
        <w:tc>
          <w:tcPr>
            <w:tcW w:type="dxa" w:w="1928"/>
          </w:tcPr>
          <w:p>
            <w:r/>
            <w:r>
              <w:rPr>
                <w:b/>
                <w:color w:val="0A2540"/>
                <w:sz w:val="17"/>
              </w:rPr>
              <w:t>Category</w:t>
            </w:r>
          </w:p>
        </w:tc>
        <w:tc>
          <w:tcPr>
            <w:tcW w:type="dxa" w:w="1134"/>
          </w:tcPr>
          <w:p>
            <w:r/>
            <w:r>
              <w:rPr>
                <w:b/>
                <w:color w:val="0A2540"/>
                <w:sz w:val="17"/>
              </w:rPr>
              <w:t>Receipt no.</w:t>
            </w:r>
          </w:p>
        </w:tc>
        <w:tc>
          <w:tcPr>
            <w:tcW w:type="dxa" w:w="1474"/>
          </w:tcPr>
          <w:p>
            <w:r/>
            <w:r>
              <w:rPr>
                <w:b/>
                <w:color w:val="0A2540"/>
                <w:sz w:val="17"/>
              </w:rPr>
              <w:t>Amount (RM)</w:t>
            </w:r>
          </w:p>
        </w:tc>
      </w:tr>
      <w:tr>
        <w:trPr>
          <w:trHeight w:val="351"/>
        </w:trPr>
        <w:tc>
          <w:tcPr>
            <w:tcW w:type="dxa" w:w="1304"/>
          </w:tcPr>
          <w:p/>
        </w:tc>
        <w:tc>
          <w:tcPr>
            <w:tcW w:type="dxa" w:w="4309"/>
          </w:tcPr>
          <w:p/>
        </w:tc>
        <w:tc>
          <w:tcPr>
            <w:tcW w:type="dxa" w:w="1928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1304"/>
          </w:tcPr>
          <w:p/>
        </w:tc>
        <w:tc>
          <w:tcPr>
            <w:tcW w:type="dxa" w:w="4309"/>
          </w:tcPr>
          <w:p/>
        </w:tc>
        <w:tc>
          <w:tcPr>
            <w:tcW w:type="dxa" w:w="1928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1304"/>
          </w:tcPr>
          <w:p/>
        </w:tc>
        <w:tc>
          <w:tcPr>
            <w:tcW w:type="dxa" w:w="4309"/>
          </w:tcPr>
          <w:p/>
        </w:tc>
        <w:tc>
          <w:tcPr>
            <w:tcW w:type="dxa" w:w="1928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1304"/>
          </w:tcPr>
          <w:p/>
        </w:tc>
        <w:tc>
          <w:tcPr>
            <w:tcW w:type="dxa" w:w="4309"/>
          </w:tcPr>
          <w:p/>
        </w:tc>
        <w:tc>
          <w:tcPr>
            <w:tcW w:type="dxa" w:w="1928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1304"/>
          </w:tcPr>
          <w:p/>
        </w:tc>
        <w:tc>
          <w:tcPr>
            <w:tcW w:type="dxa" w:w="4309"/>
          </w:tcPr>
          <w:p/>
        </w:tc>
        <w:tc>
          <w:tcPr>
            <w:tcW w:type="dxa" w:w="1928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1304"/>
          </w:tcPr>
          <w:p/>
        </w:tc>
        <w:tc>
          <w:tcPr>
            <w:tcW w:type="dxa" w:w="4309"/>
          </w:tcPr>
          <w:p/>
        </w:tc>
        <w:tc>
          <w:tcPr>
            <w:tcW w:type="dxa" w:w="1928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1304"/>
          </w:tcPr>
          <w:p/>
        </w:tc>
        <w:tc>
          <w:tcPr>
            <w:tcW w:type="dxa" w:w="4309"/>
          </w:tcPr>
          <w:p/>
        </w:tc>
        <w:tc>
          <w:tcPr>
            <w:tcW w:type="dxa" w:w="1928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1304"/>
          </w:tcPr>
          <w:p/>
        </w:tc>
        <w:tc>
          <w:tcPr>
            <w:tcW w:type="dxa" w:w="4309"/>
          </w:tcPr>
          <w:p/>
        </w:tc>
        <w:tc>
          <w:tcPr>
            <w:tcW w:type="dxa" w:w="1928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1304"/>
          </w:tcPr>
          <w:p/>
        </w:tc>
        <w:tc>
          <w:tcPr>
            <w:tcW w:type="dxa" w:w="4309"/>
          </w:tcPr>
          <w:p/>
        </w:tc>
        <w:tc>
          <w:tcPr>
            <w:tcW w:type="dxa" w:w="1928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1304"/>
          </w:tcPr>
          <w:p/>
        </w:tc>
        <w:tc>
          <w:tcPr>
            <w:tcW w:type="dxa" w:w="4309"/>
          </w:tcPr>
          <w:p/>
        </w:tc>
        <w:tc>
          <w:tcPr>
            <w:tcW w:type="dxa" w:w="1928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1304"/>
          </w:tcPr>
          <w:p/>
        </w:tc>
        <w:tc>
          <w:tcPr>
            <w:tcW w:type="dxa" w:w="4309"/>
          </w:tcPr>
          <w:p/>
        </w:tc>
        <w:tc>
          <w:tcPr>
            <w:tcW w:type="dxa" w:w="1928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1304"/>
          </w:tcPr>
          <w:p/>
        </w:tc>
        <w:tc>
          <w:tcPr>
            <w:tcW w:type="dxa" w:w="4309"/>
          </w:tcPr>
          <w:p/>
        </w:tc>
        <w:tc>
          <w:tcPr>
            <w:tcW w:type="dxa" w:w="1928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1304"/>
          </w:tcPr>
          <w:p/>
        </w:tc>
        <w:tc>
          <w:tcPr>
            <w:tcW w:type="dxa" w:w="4309"/>
          </w:tcPr>
          <w:p/>
        </w:tc>
        <w:tc>
          <w:tcPr>
            <w:tcW w:type="dxa" w:w="1928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1304"/>
          </w:tcPr>
          <w:p/>
        </w:tc>
        <w:tc>
          <w:tcPr>
            <w:tcW w:type="dxa" w:w="4309"/>
          </w:tcPr>
          <w:p/>
        </w:tc>
        <w:tc>
          <w:tcPr>
            <w:tcW w:type="dxa" w:w="1928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1304"/>
          </w:tcPr>
          <w:p/>
        </w:tc>
        <w:tc>
          <w:tcPr>
            <w:tcW w:type="dxa" w:w="4309"/>
          </w:tcPr>
          <w:p/>
        </w:tc>
        <w:tc>
          <w:tcPr>
            <w:tcW w:type="dxa" w:w="1928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1304"/>
          </w:tcPr>
          <w:p/>
        </w:tc>
        <w:tc>
          <w:tcPr>
            <w:tcW w:type="dxa" w:w="4309"/>
          </w:tcPr>
          <w:p/>
        </w:tc>
        <w:tc>
          <w:tcPr>
            <w:tcW w:type="dxa" w:w="1928"/>
          </w:tcPr>
          <w:p/>
        </w:tc>
        <w:tc>
          <w:tcPr>
            <w:tcW w:type="dxa" w:w="1134"/>
          </w:tcPr>
          <w:p>
            <w:r/>
            <w:r>
              <w:rPr>
                <w:b/>
                <w:color w:val="0A2540"/>
                <w:sz w:val="18"/>
              </w:rPr>
              <w:t>Total claimed</w:t>
            </w:r>
          </w:p>
        </w:tc>
        <w:tc>
          <w:tcPr>
            <w:tcW w:type="dxa" w:w="1474"/>
          </w:tcPr>
          <w:p/>
        </w:tc>
      </w:tr>
    </w:tbl>
    <w:p>
      <w:pPr>
        <w:spacing w:after="20" w:before="0"/>
      </w:pPr>
      <w:r>
        <w:rPr>
          <w:b w:val="0"/>
          <w:i w:val="0"/>
          <w:color w:val="0A2540"/>
          <w:sz w:val="6"/>
        </w:rPr>
      </w:r>
    </w:p>
    <w:p>
      <w:pPr>
        <w:spacing w:after="40" w:before="0"/>
      </w:pPr>
      <w:r>
        <w:rPr>
          <w:b/>
          <w:i w:val="0"/>
          <w:color w:val="0A2540"/>
          <w:sz w:val="18"/>
        </w:rPr>
        <w:t>Per category (RM)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1752"/>
          </w:tcPr>
          <w:p>
            <w:r/>
            <w:r>
              <w:rPr>
                <w:b/>
                <w:color w:val="0A2540"/>
                <w:sz w:val="16"/>
              </w:rPr>
              <w:t>Parking</w:t>
            </w:r>
          </w:p>
        </w:tc>
        <w:tc>
          <w:tcPr>
            <w:tcW w:type="dxa" w:w="1752"/>
          </w:tcPr>
          <w:p>
            <w:r/>
            <w:r>
              <w:rPr>
                <w:b/>
                <w:color w:val="0A2540"/>
                <w:sz w:val="16"/>
              </w:rPr>
              <w:t>Toll</w:t>
            </w:r>
          </w:p>
        </w:tc>
        <w:tc>
          <w:tcPr>
            <w:tcW w:type="dxa" w:w="1752"/>
          </w:tcPr>
          <w:p>
            <w:r/>
            <w:r>
              <w:rPr>
                <w:b/>
                <w:color w:val="0A2540"/>
                <w:sz w:val="16"/>
              </w:rPr>
              <w:t>Transport</w:t>
            </w:r>
          </w:p>
        </w:tc>
        <w:tc>
          <w:tcPr>
            <w:tcW w:type="dxa" w:w="1752"/>
          </w:tcPr>
          <w:p>
            <w:r/>
            <w:r>
              <w:rPr>
                <w:b/>
                <w:color w:val="0A2540"/>
                <w:sz w:val="16"/>
              </w:rPr>
              <w:t>Meals with customers</w:t>
            </w:r>
          </w:p>
        </w:tc>
        <w:tc>
          <w:tcPr>
            <w:tcW w:type="dxa" w:w="1752"/>
          </w:tcPr>
          <w:p>
            <w:r/>
            <w:r>
              <w:rPr>
                <w:b/>
                <w:color w:val="0A2540"/>
                <w:sz w:val="16"/>
              </w:rPr>
              <w:t>Supplies</w:t>
            </w:r>
          </w:p>
        </w:tc>
        <w:tc>
          <w:tcPr>
            <w:tcW w:type="dxa" w:w="1752"/>
          </w:tcPr>
          <w:p>
            <w:r/>
            <w:r>
              <w:rPr>
                <w:b/>
                <w:color w:val="0A2540"/>
                <w:sz w:val="16"/>
              </w:rPr>
              <w:t>Other</w:t>
            </w:r>
          </w:p>
        </w:tc>
      </w:tr>
      <w:tr>
        <w:trPr>
          <w:trHeight w:val="397"/>
        </w:trPr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</w:tbl>
    <w:p>
      <w:pPr>
        <w:spacing w:after="20" w:before="0"/>
      </w:pPr>
      <w:r>
        <w:rPr>
          <w:b w:val="0"/>
          <w:i w:val="0"/>
          <w:color w:val="0A2540"/>
          <w:sz w:val="6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/>
            <w:r>
              <w:rPr>
                <w:b/>
                <w:color w:val="5B6675"/>
                <w:sz w:val="17"/>
              </w:rPr>
              <w:t>Claimed by — name, signature, date</w:t>
            </w:r>
          </w:p>
        </w:tc>
        <w:tc>
          <w:tcPr>
            <w:tcW w:type="dxa" w:w="5256"/>
          </w:tcPr>
          <w:p>
            <w:r/>
            <w:r>
              <w:rPr>
                <w:b/>
                <w:color w:val="5B6675"/>
                <w:sz w:val="17"/>
              </w:rPr>
              <w:t>Approved by (someone other than the person claiming) — name, signature, date</w:t>
            </w:r>
          </w:p>
        </w:tc>
      </w:tr>
      <w:tr>
        <w:tc>
          <w:tcPr>
            <w:tcW w:type="dxa" w:w="5256"/>
          </w:tcPr>
          <w:p>
            <w:r>
              <w:br/>
              <w:br/>
            </w:r>
          </w:p>
        </w:tc>
        <w:tc>
          <w:tcPr>
            <w:tcW w:type="dxa" w:w="5256"/>
          </w:tcPr>
          <w:p>
            <w:r>
              <w:br/>
              <w:br/>
            </w:r>
          </w:p>
        </w:tc>
      </w:tr>
    </w:tbl>
    <w:p>
      <w:pPr>
        <w:spacing w:after="20" w:before="0"/>
      </w:pPr>
      <w:r>
        <w:rPr>
          <w:b w:val="0"/>
          <w:i w:val="0"/>
          <w:color w:val="0A2540"/>
          <w:sz w:val="6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/>
            <w:r>
              <w:rPr>
                <w:b/>
                <w:color w:val="5B6675"/>
                <w:sz w:val="17"/>
              </w:rPr>
              <w:t>Paid on:</w:t>
              <w:br/>
            </w:r>
          </w:p>
        </w:tc>
        <w:tc>
          <w:tcPr>
            <w:tcW w:type="dxa" w:w="3504"/>
          </w:tcPr>
          <w:p>
            <w:r/>
            <w:r>
              <w:rPr>
                <w:b/>
                <w:color w:val="5B6675"/>
                <w:sz w:val="17"/>
              </w:rPr>
              <w:t>Payment method:</w:t>
              <w:br/>
            </w:r>
          </w:p>
        </w:tc>
        <w:tc>
          <w:tcPr>
            <w:tcW w:type="dxa" w:w="3504"/>
          </w:tcPr>
          <w:p>
            <w:r/>
            <w:r>
              <w:rPr>
                <w:b/>
                <w:color w:val="5B6675"/>
                <w:sz w:val="17"/>
              </w:rPr>
              <w:t>Payment reference:</w:t>
              <w:br/>
            </w:r>
          </w:p>
        </w:tc>
      </w:tr>
    </w:tbl>
    <w:p>
      <w:pPr>
        <w:spacing w:after="20" w:before="0"/>
      </w:pPr>
      <w:r>
        <w:rPr>
          <w:b w:val="0"/>
          <w:i w:val="0"/>
          <w:color w:val="0A2540"/>
          <w:sz w:val="6"/>
        </w:rPr>
      </w:r>
    </w:p>
    <w:p>
      <w:pPr>
        <w:spacing w:after="20" w:before="0"/>
      </w:pPr>
      <w:r>
        <w:rPr>
          <w:b w:val="0"/>
          <w:i w:val="0"/>
          <w:color w:val="B45309"/>
          <w:sz w:val="16"/>
        </w:rPr>
        <w:t>Approved by must be someone other than the person claiming. Write the payment reference on the form after you pay.</w:t>
      </w:r>
    </w:p>
    <w:p>
      <w:pPr>
        <w:spacing w:after="0" w:before="0"/>
      </w:pPr>
      <w:r>
        <w:rPr>
          <w:b w:val="0"/>
          <w:i w:val="0"/>
          <w:color w:val="5B6675"/>
          <w:sz w:val="15"/>
        </w:rPr>
        <w:t>Free template from Niagawan — niagawan.com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Expense Claim Form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