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 w:val="0"/>
          <w:i w:val="0"/>
          <w:color w:val="5B6675"/>
          <w:sz w:val="18"/>
        </w:rPr>
        <w:t>[Your company letterhead]</w:t>
      </w:r>
    </w:p>
    <w:p>
      <w:pPr>
        <w:spacing w:after="280" w:before="0"/>
      </w:pPr>
      <w:r>
        <w:rPr>
          <w:b w:val="0"/>
          <w:i/>
          <w:color w:val="B45309"/>
          <w:sz w:val="17"/>
        </w:rPr>
        <w:t>Replace everything in [brackets] with your own details, then delete this line.</w:t>
      </w:r>
    </w:p>
    <w:p>
      <w:pPr>
        <w:spacing w:after="200" w:before="0"/>
      </w:pPr>
      <w:r>
        <w:rPr>
          <w:b w:val="0"/>
          <w:i w:val="0"/>
          <w:color w:val="0A2540"/>
          <w:sz w:val="22"/>
        </w:rPr>
        <w:t>[Date]</w:t>
      </w:r>
    </w:p>
    <w:p>
      <w:pPr>
        <w:spacing w:after="0" w:before="0"/>
      </w:pPr>
      <w:r>
        <w:rPr>
          <w:b w:val="0"/>
          <w:i w:val="0"/>
          <w:color w:val="0A2540"/>
          <w:sz w:val="22"/>
        </w:rPr>
        <w:t>[Customer company name]</w:t>
      </w:r>
    </w:p>
    <w:p>
      <w:pPr>
        <w:spacing w:after="280" w:before="0"/>
      </w:pPr>
      <w:r>
        <w:rPr>
          <w:b w:val="0"/>
          <w:i w:val="0"/>
          <w:color w:val="0A2540"/>
          <w:sz w:val="22"/>
        </w:rPr>
        <w:t>[Customer address]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Dear [customer name],</w:t>
      </w:r>
    </w:p>
    <w:p>
      <w:pPr>
        <w:spacing w:after="200" w:before="0"/>
      </w:pPr>
      <w:r>
        <w:rPr>
          <w:b/>
          <w:i w:val="0"/>
          <w:color w:val="0A2540"/>
          <w:sz w:val="22"/>
        </w:rPr>
        <w:t>FIRST REMINDER: INVOICE [invoice number]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Our records show that the invoice below is still unpaid:</w:t>
      </w:r>
    </w:p>
    <w:p>
      <w:pPr>
        <w:spacing w:after="20" w:before="0"/>
      </w:pPr>
      <w:r>
        <w:rPr>
          <w:b w:val="0"/>
          <w:i w:val="0"/>
          <w:color w:val="0A2540"/>
          <w:sz w:val="22"/>
        </w:rPr>
        <w:t>Invoice number: [invoice number]</w:t>
      </w:r>
    </w:p>
    <w:p>
      <w:pPr>
        <w:spacing w:after="20" w:before="0"/>
      </w:pPr>
      <w:r>
        <w:rPr>
          <w:b w:val="0"/>
          <w:i w:val="0"/>
          <w:color w:val="0A2540"/>
          <w:sz w:val="22"/>
        </w:rPr>
        <w:t>Invoice date: [invoice date]</w:t>
      </w:r>
    </w:p>
    <w:p>
      <w:pPr>
        <w:spacing w:after="20" w:before="0"/>
      </w:pPr>
      <w:r>
        <w:rPr>
          <w:b w:val="0"/>
          <w:i w:val="0"/>
          <w:color w:val="0A2540"/>
          <w:sz w:val="22"/>
        </w:rPr>
        <w:t>Amount: RM[amount]</w:t>
      </w:r>
    </w:p>
    <w:p>
      <w:pPr>
        <w:spacing w:after="20" w:before="0"/>
      </w:pPr>
      <w:r>
        <w:rPr>
          <w:b w:val="0"/>
          <w:i w:val="0"/>
          <w:color w:val="0A2540"/>
          <w:sz w:val="22"/>
        </w:rPr>
        <w:t>Due date: [due date]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Days overdue: [number]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Please arrange payment by [day and date]. A copy of the invoice is attached.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Payment details:</w:t>
      </w:r>
    </w:p>
    <w:p>
      <w:pPr>
        <w:spacing w:after="20" w:before="0"/>
      </w:pPr>
      <w:r>
        <w:rPr>
          <w:b w:val="0"/>
          <w:i w:val="0"/>
          <w:color w:val="0A2540"/>
          <w:sz w:val="22"/>
        </w:rPr>
        <w:t>[Bank name] · [Account name] · [Account number]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DuitNow: [DuitNow ID]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If there is a problem with this invoice, or you'd like to discuss paying in parts, please call me on [phone number]. If payment has already been made, please send us the payment slip.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Thank you,</w:t>
      </w:r>
    </w:p>
    <w:p>
      <w:pPr>
        <w:spacing w:after="20" w:before="0"/>
      </w:pPr>
      <w:r>
        <w:rPr>
          <w:b w:val="0"/>
          <w:i w:val="0"/>
          <w:color w:val="0A2540"/>
          <w:sz w:val="22"/>
        </w:rPr>
        <w:t>[Your name]</w:t>
      </w:r>
    </w:p>
    <w:p>
      <w:pPr>
        <w:spacing w:after="20" w:before="0"/>
      </w:pPr>
      <w:r>
        <w:rPr>
          <w:b w:val="0"/>
          <w:i w:val="0"/>
          <w:color w:val="0A2540"/>
          <w:sz w:val="22"/>
        </w:rPr>
        <w:t>[Your position], [Your company]</w:t>
      </w:r>
    </w:p>
    <w:p>
      <w:pPr>
        <w:spacing w:after="0" w:before="360"/>
      </w:pPr>
      <w:r>
        <w:rPr>
          <w:b w:val="0"/>
          <w:i w:val="0"/>
          <w:color w:val="5B6675"/>
          <w:sz w:val="15"/>
        </w:rPr>
        <w:t>Free template from Niagawan — niagawan.com</w:t>
      </w:r>
      <w:r>
        <w:br w:type="page"/>
      </w:r>
    </w:p>
    <w:p>
      <w:pPr>
        <w:spacing w:after="40" w:before="0"/>
      </w:pPr>
      <w:r>
        <w:rPr>
          <w:b w:val="0"/>
          <w:i w:val="0"/>
          <w:color w:val="5B6675"/>
          <w:sz w:val="18"/>
        </w:rPr>
        <w:t>[Your company letterhead]</w:t>
      </w:r>
    </w:p>
    <w:p>
      <w:pPr>
        <w:spacing w:after="280" w:before="0"/>
      </w:pPr>
      <w:r>
        <w:rPr>
          <w:b w:val="0"/>
          <w:i/>
          <w:color w:val="B45309"/>
          <w:sz w:val="17"/>
        </w:rPr>
        <w:t>Replace everything in [brackets] with your own details, then delete this line.</w:t>
      </w:r>
    </w:p>
    <w:p>
      <w:pPr>
        <w:spacing w:after="200" w:before="0"/>
      </w:pPr>
      <w:r>
        <w:rPr>
          <w:b w:val="0"/>
          <w:i w:val="0"/>
          <w:color w:val="0A2540"/>
          <w:sz w:val="22"/>
        </w:rPr>
        <w:t>[Date]</w:t>
      </w:r>
    </w:p>
    <w:p>
      <w:pPr>
        <w:spacing w:after="0" w:before="0"/>
      </w:pPr>
      <w:r>
        <w:rPr>
          <w:b w:val="0"/>
          <w:i w:val="0"/>
          <w:color w:val="0A2540"/>
          <w:sz w:val="22"/>
        </w:rPr>
        <w:t>[Customer company name]</w:t>
      </w:r>
    </w:p>
    <w:p>
      <w:pPr>
        <w:spacing w:after="280" w:before="0"/>
      </w:pPr>
      <w:r>
        <w:rPr>
          <w:b w:val="0"/>
          <w:i w:val="0"/>
          <w:color w:val="0A2540"/>
          <w:sz w:val="22"/>
        </w:rPr>
        <w:t>[Customer address]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Dear [customer name],</w:t>
      </w:r>
    </w:p>
    <w:p>
      <w:pPr>
        <w:spacing w:after="200" w:before="0"/>
      </w:pPr>
      <w:r>
        <w:rPr>
          <w:b/>
          <w:i w:val="0"/>
          <w:color w:val="0A2540"/>
          <w:sz w:val="22"/>
        </w:rPr>
        <w:t>SECOND REMINDER: INVOICE [invoice number]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We wrote to you on [date of first reminder] about the invoice below. It is still unpaid, and we have not heard from you.</w:t>
      </w:r>
    </w:p>
    <w:p>
      <w:pPr>
        <w:spacing w:after="20" w:before="0"/>
      </w:pPr>
      <w:r>
        <w:rPr>
          <w:b w:val="0"/>
          <w:i w:val="0"/>
          <w:color w:val="0A2540"/>
          <w:sz w:val="22"/>
        </w:rPr>
        <w:t>Invoice number: [invoice number]</w:t>
      </w:r>
    </w:p>
    <w:p>
      <w:pPr>
        <w:spacing w:after="20" w:before="0"/>
      </w:pPr>
      <w:r>
        <w:rPr>
          <w:b w:val="0"/>
          <w:i w:val="0"/>
          <w:color w:val="0A2540"/>
          <w:sz w:val="22"/>
        </w:rPr>
        <w:t>Invoice date: [invoice date]</w:t>
      </w:r>
    </w:p>
    <w:p>
      <w:pPr>
        <w:spacing w:after="20" w:before="0"/>
      </w:pPr>
      <w:r>
        <w:rPr>
          <w:b w:val="0"/>
          <w:i w:val="0"/>
          <w:color w:val="0A2540"/>
          <w:sz w:val="22"/>
        </w:rPr>
        <w:t>Amount: RM[amount]</w:t>
      </w:r>
    </w:p>
    <w:p>
      <w:pPr>
        <w:spacing w:after="20" w:before="0"/>
      </w:pPr>
      <w:r>
        <w:rPr>
          <w:b w:val="0"/>
          <w:i w:val="0"/>
          <w:color w:val="0A2540"/>
          <w:sz w:val="22"/>
        </w:rPr>
        <w:t>Due date: [due date]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Days overdue: [number]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Please arrange payment by [day and date]. A copy of the invoice is attached again.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Payment details:</w:t>
      </w:r>
    </w:p>
    <w:p>
      <w:pPr>
        <w:spacing w:after="20" w:before="0"/>
      </w:pPr>
      <w:r>
        <w:rPr>
          <w:b w:val="0"/>
          <w:i w:val="0"/>
          <w:color w:val="0A2540"/>
          <w:sz w:val="22"/>
        </w:rPr>
        <w:t>[Bank name] · [Account name] · [Account number]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DuitNow: [DuitNow ID]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If something is stopping this payment, please call me on [phone number] so we can sort it out. If payment has already been made, please send us the payment slip.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Thank you,</w:t>
      </w:r>
    </w:p>
    <w:p>
      <w:pPr>
        <w:spacing w:after="20" w:before="0"/>
      </w:pPr>
      <w:r>
        <w:rPr>
          <w:b w:val="0"/>
          <w:i w:val="0"/>
          <w:color w:val="0A2540"/>
          <w:sz w:val="22"/>
        </w:rPr>
        <w:t>[Your name]</w:t>
      </w:r>
    </w:p>
    <w:p>
      <w:pPr>
        <w:spacing w:after="20" w:before="0"/>
      </w:pPr>
      <w:r>
        <w:rPr>
          <w:b w:val="0"/>
          <w:i w:val="0"/>
          <w:color w:val="0A2540"/>
          <w:sz w:val="22"/>
        </w:rPr>
        <w:t>[Your position], [Your company]</w:t>
      </w:r>
    </w:p>
    <w:p>
      <w:pPr>
        <w:spacing w:after="0" w:before="360"/>
      </w:pPr>
      <w:r>
        <w:rPr>
          <w:b w:val="0"/>
          <w:i w:val="0"/>
          <w:color w:val="5B6675"/>
          <w:sz w:val="15"/>
        </w:rPr>
        <w:t>Free template from Niagawan — niagawan.com</w:t>
      </w:r>
      <w:r>
        <w:br w:type="page"/>
      </w:r>
    </w:p>
    <w:p>
      <w:pPr>
        <w:spacing w:after="40" w:before="0"/>
      </w:pPr>
      <w:r>
        <w:rPr>
          <w:b w:val="0"/>
          <w:i w:val="0"/>
          <w:color w:val="5B6675"/>
          <w:sz w:val="18"/>
        </w:rPr>
        <w:t>[Your company letterhead]</w:t>
      </w:r>
    </w:p>
    <w:p>
      <w:pPr>
        <w:spacing w:after="280" w:before="0"/>
      </w:pPr>
      <w:r>
        <w:rPr>
          <w:b w:val="0"/>
          <w:i/>
          <w:color w:val="B45309"/>
          <w:sz w:val="17"/>
        </w:rPr>
        <w:t>Replace everything in [brackets] with your own details, then delete this line.</w:t>
      </w:r>
    </w:p>
    <w:p>
      <w:pPr>
        <w:spacing w:after="200" w:before="0"/>
      </w:pPr>
      <w:r>
        <w:rPr>
          <w:b w:val="0"/>
          <w:i w:val="0"/>
          <w:color w:val="0A2540"/>
          <w:sz w:val="22"/>
        </w:rPr>
        <w:t>[Date]</w:t>
      </w:r>
    </w:p>
    <w:p>
      <w:pPr>
        <w:spacing w:after="0" w:before="0"/>
      </w:pPr>
      <w:r>
        <w:rPr>
          <w:b w:val="0"/>
          <w:i w:val="0"/>
          <w:color w:val="0A2540"/>
          <w:sz w:val="22"/>
        </w:rPr>
        <w:t>[Customer company name]</w:t>
      </w:r>
    </w:p>
    <w:p>
      <w:pPr>
        <w:spacing w:after="280" w:before="0"/>
      </w:pPr>
      <w:r>
        <w:rPr>
          <w:b w:val="0"/>
          <w:i w:val="0"/>
          <w:color w:val="0A2540"/>
          <w:sz w:val="22"/>
        </w:rPr>
        <w:t>[Customer address]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Dear [customer name],</w:t>
      </w:r>
    </w:p>
    <w:p>
      <w:pPr>
        <w:spacing w:after="200" w:before="0"/>
      </w:pPr>
      <w:r>
        <w:rPr>
          <w:b/>
          <w:i w:val="0"/>
          <w:color w:val="0A2540"/>
          <w:sz w:val="22"/>
        </w:rPr>
        <w:t>FINAL REMINDER: INVOICE [invoice number], RM[amount]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We refer to invoice [invoice number] dated [invoice date] for RM[amount], which was due on [due date]. It is now [number] days overdue. We sent reminders on [date] and [date] and have not received payment or a reply.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Please settle the full amount of RM[amount] by [day and date].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Payment details:</w:t>
      </w:r>
    </w:p>
    <w:p>
      <w:pPr>
        <w:spacing w:after="20" w:before="0"/>
      </w:pPr>
      <w:r>
        <w:rPr>
          <w:b w:val="0"/>
          <w:i w:val="0"/>
          <w:color w:val="0A2540"/>
          <w:sz w:val="22"/>
        </w:rPr>
        <w:t>[Bank name] · [Account name] · [Account number]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DuitNow: [DuitNow ID]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If we do not receive payment by that date, we will have to pause new orders on credit until this invoice is settled.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If you are unable to pay the full amount now, please call me on [phone number] this week so we can agree on a payment plan. If payment has already been made, please send us the payment slip and ignore this letter.</w:t>
      </w:r>
    </w:p>
    <w:p>
      <w:pPr>
        <w:spacing w:after="160" w:before="0"/>
      </w:pPr>
      <w:r>
        <w:rPr>
          <w:b w:val="0"/>
          <w:i w:val="0"/>
          <w:color w:val="0A2540"/>
          <w:sz w:val="22"/>
        </w:rPr>
        <w:t>Yours sincerely,</w:t>
      </w:r>
    </w:p>
    <w:p>
      <w:pPr>
        <w:spacing w:after="20" w:before="0"/>
      </w:pPr>
      <w:r>
        <w:rPr>
          <w:b w:val="0"/>
          <w:i w:val="0"/>
          <w:color w:val="0A2540"/>
          <w:sz w:val="22"/>
        </w:rPr>
        <w:t>[Your name]</w:t>
      </w:r>
    </w:p>
    <w:p>
      <w:pPr>
        <w:spacing w:after="20" w:before="0"/>
      </w:pPr>
      <w:r>
        <w:rPr>
          <w:b w:val="0"/>
          <w:i w:val="0"/>
          <w:color w:val="0A2540"/>
          <w:sz w:val="22"/>
        </w:rPr>
        <w:t>[Your position], [Your company]</w:t>
      </w:r>
    </w:p>
    <w:p>
      <w:pPr>
        <w:spacing w:after="0" w:before="360"/>
      </w:pPr>
      <w:r>
        <w:rPr>
          <w:b w:val="0"/>
          <w:i w:val="0"/>
          <w:color w:val="5B6675"/>
          <w:sz w:val="15"/>
        </w:rPr>
        <w:t>Free template from Niagawan — niagawan.com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Reminder Letters</dc:title>
  <dc:subject/>
  <dc:creator>Niagawan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